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מטרות שבוע הספר ואת הפעילויות בכל 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המלצה קצרה על 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חשיבות הקריאה והסיפור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לחגוג אהבת קריאה וסיפור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יסודי א-ג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הדף מציע שיתוף משפחות כרשות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מזמינים להביא ספר בשפת האם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המלצות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פעילות לשכבה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(יסודי א-ג)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(יסודי ד-ו)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ג (יסודי א-ג)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ההכנה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לתאם עם הספרייה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להכין כרטיסי המלצה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להשאיר את פינת הקריאה אחרי השבוע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ספר, סיבה ראשונה וסיבה שנייה להמלצה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לחגוג אהבת קריאה, לגלות ספרים ולשתף 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פעילות מתאימה מהשכבה שהוזכרה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באמצעות ספרים בשפת האם, תמונות וקריאה משותפת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להכין מראש כרטיסי המלצה לדוגמה כדי להקל על התלמידים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לשלב פינת קריאה פיזית בכיתה בזמן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לוודא מראש שההתאמות לעולים ולחנ״מ זמינות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שבוע הספר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שבוע הספר הוא שבוע מיוחד שבו כל בית הספר חוגג את אהבת הקריאה, מגלה ספרים חדשים, משתף המלצות ויוצר יחד סיפורים.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ספר  ·  המלצות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המרכזית של שבוע הספר?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לחגוג אהבת קריאה וסיפור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להתכונן למבחנים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לתרגל ספורט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באיזו שכבה עורכים מצעד דמויות?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יסודי א-ג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חט״ב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תיכון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בשבוע הספר אפשר להזמין בני משפחה להקריא סיפור בכיתה.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בהתאמה לעולים מבקשים להביא ספר רק בעברית.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בשכבה הצעירה (א-ג) התלמידים מכינים __________ כיתתי משותף.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ב'שוק ה__________' תלמידים מציגים כרטיסי המלצה על ספרים.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פעילות לשכבה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מצעד דמויות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יסודי ד-ו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שוק המלצות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יסודי א-ג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פינת קריאה מפנקת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יסודי א-ג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ההכנה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להכין כרטיסי המלצה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להשאיר את פינת הקריאה אחרי השבוע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לתאם עם הספרייה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כרטיס המלצה קצר על ספר אהוב - כותרת ושתי סיבות להמליץ עליו.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המטרה של שבוע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פעילות אחת מהשכבה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שבוע הספר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