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שבוע הספר ואת הפעילויות בכל 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המלצה קצרה על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חשיבות הקריאה והסיפור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לחגוג אהבת קריאה וסיפור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יסודי א-ג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מכינים כרטיס המלצה ומסתובבים בדוכנים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מקריאים סיפורים לכיתות נמוכות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מציע שיתוף משפחות כרשות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מזמינים להביא ספר בשפת האם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בהתאמה לחנ״מ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ממליץ להשאיר את פינת הקריאה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מועדון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פעילות לשכבה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(יסודי ד-ו)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(חט״ב)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(יסודי א-ג)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ההכנה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עם הספרייה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כרטיסי המלצה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לסדר פינת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לאפשר לכל אחד לבחור ספר בלי שיפוט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להשאיר את פינת הקריאה אחרי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ספר, סיבה ראשונה וסיבה שנייה להמלצה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לחגוג אהבת קריאה, לגלות ספרים ולשתף 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פעילות מתאימה מהשכבה שהוזכרה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באמצעות ספרים בשפת האם, תמונות וקריאה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מראש כרטיסי המלצה לדוגמה כדי להקל על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פינת קריאה פיזית בכיתה בזמן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מראש שההתאמות לעולים ולחנ״מ זמינות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בשבוע הספר כולם קוראים ספרים ומספרים עליהם. זה שבוע של כיף, סיפורים וחברים.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שבוע הספר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ימים מיוחדים שבהם חוגגים קריאה וסיפורים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המלצה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קטן שמספר על ספר אהוב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מצעד דמויות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מביא פריט קטן של דמות 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מועדון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קטנה שקוראת ודנה בספר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 המלצות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דוכנים שבהם מציגים המלצות על 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פינת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נוח עם כריות לקריאה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כתיבה קצר שמביע 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חט״ב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חטיבת ביניים, כיתות ז-ט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עושים שבוע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אהבת קריאה וסיפור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להתכונן למבחנים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לתרגל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לנקות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עושה מצעד דמויות?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 א-ג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יסודי ד-ו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בשוק ההמלצות?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מכינים כרטיס המלצה ומסתובבים בדוכנים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עורכים מבחן על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מוכרים ספרים בכסף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צופים בסרט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משפטים בסיכום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התלמידים הגדולים עושים לקטנים?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מקריאים סיפורים לכיתות נמוכות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כרזות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משחק גיבוש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הספר אפשר להזמין בני משפחה להקריא סיפור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לעולים מבקשים להביא ספר רק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לחנ״מ כל ילד בוחר ספר ומספר מה הוא רואה בתמונה.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שבוע הספר מפרקים מיד את פינת הקריאה.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בשכבה הצעירה (א-ג) התלמידים מכינים __________ כיתתי משותף.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ב'שוק ה__________' תלמידים מציגים כרטיסי המלצה על 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בחט״ב מתקיים __________ קריאה שבו קבוצות קטנות דנות בספר.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בתיכון התלמידים כותבים __________ קצרה בנושא למה אנחנו צריכים סיפורים.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פעילות לשכבה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מצעד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שוק המלצות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חט״ב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מועדון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יסודי א-ג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 קריאה בהובלת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ד-ו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פינת קריאה מפנקת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יסודי א-ג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ההכנה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כרטיסי המלצה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לסדר פינת קריאה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לתאם עם הספרייה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להשאיר את פינת הקריאה אחרי השבוע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לאפשר לכל אחד לבחור ספר בלי שיפוט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המלצה קצר על ספר אהוב - כותרת ושתי סיבות להמליץ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שבוע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פעילות אחת מהשכבה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לדאוג שגם מי שעדיין לומד עברית ייהנה משבוע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