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הספר ואת הפעילויות בכל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המלצה קצרה על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חשיבות הקריאה והסיפור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אהבת קריאה וסיפור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 א-ג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מכינים כרטיס המלצה ומסתובבים בדוכנים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שישה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מקריאים סיפורים לכיתות נמוכות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שיתוף משפחות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מזמינים להביא ספר בשפת האם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בהתאמה לחנ״מ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הדף ממליץ להשאיר את פינת הקריאה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מועדון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(חט״ב)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(יסודי א-ג)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 המלצה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לסדר פינת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לאפשר לכל אחד לבחור ספר בלי 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להשאיר את פינת הקריאה אחרי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ספר, סיבה ראשונה וסיבה שנייה להמלצה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לחגוג אהבת קריאה, לגלות ספרים ולשתף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מהשכבה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ספרים בשפת האם, תמונות וקריאה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המלצה לדוגמה כדי להקל על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פינת קריאה פיזית בכיתה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שההתאמות לעולים ולחנ״מ זמינות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שבוע הספר הוא שבוע מיוחד שבו כל בית הספר חוגג את אהבת הקריאה, מגלה ספרים חדשים, משתף המלצות ויוצר יחד סיפורים.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המרכזית של שבוע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אהבת קריאה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להתכונן למבחנים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לתרגל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שכבה עורכים מצעד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יסודי ד-ו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ב'שוק המלצות'?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מכינים כרטיס המלצה ומסתובבים בדוכנים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עורכים מבחן על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מוכרים ספרים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צופים בסרט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משפטים בדיוק צריך בסיכום ספר בחט״ב?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תלמידי תיכון בפעילות 'קריאה לצעירים'?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מקריאים סיפורים לכיתות נמוכות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מציירים 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משחק גיבוש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הספר אפשר להזמין בני משפחה להקריא סיפור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מבקשים להביא ספר רק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לחנ״מ כל ילד בוחר ספר ומספר מה הוא רואה בתמונה.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שבוע הספר מפרקים מיד את פינת הקריאה.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בשכבה הצעירה (א-ג) התלמידים מכינים __________ כיתתי משותף.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ב'שוק ה__________' תלמידים מציגים כרטיסי המלצה על ספרים.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בחט״ב מתקיים __________ קריאה שבו קבוצות קטנות דנות בספר.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בתיכון התלמידים כותבים __________ קצרה בנושא למה אנחנו צריכים סיפורים.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מצעד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שוק המלצות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מועדון 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ערב קריאה בהובלת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פינת קריאה מפנקת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חט״ב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פינת קריאה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לאפשר לכל אחד לבחור ספר בלי שיפוט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להשאיר את פינת הקריאה אחרי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לתאם עם הספרייה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כרטיסי המלצה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כרטיס המלצה קצר על ספר אהוב - כותרת ושתי סיבות להמליץ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שבוע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פעילות אחת מהשכבה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לדאוג שגם מי שעדיין לומד עברית ייהנה משבוע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